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40B" w:rsidRDefault="0095089C">
      <w:pPr>
        <w:pStyle w:val="Title"/>
        <w:jc w:val="center"/>
      </w:pPr>
      <w:r>
        <w:rPr>
          <w:b/>
        </w:rPr>
        <w:t>Class 9 Science — Chapter 2</w:t>
      </w:r>
    </w:p>
    <w:p w:rsidR="002C140B" w:rsidRDefault="0095089C">
      <w:pPr>
        <w:jc w:val="center"/>
      </w:pPr>
      <w:r>
        <w:rPr>
          <w:b/>
          <w:sz w:val="32"/>
        </w:rPr>
        <w:t>FORCE AND LAWS OF MOTION — C</w:t>
      </w:r>
      <w:r>
        <w:rPr>
          <w:b/>
          <w:sz w:val="32"/>
        </w:rPr>
        <w:t>OMPLETE QUESTION SOLUTIONS</w:t>
      </w:r>
      <w:r w:rsidR="00FE328C">
        <w:rPr>
          <w:b/>
          <w:sz w:val="32"/>
        </w:rPr>
        <w:t xml:space="preserve"> by CrackerN</w:t>
      </w:r>
      <w:bookmarkStart w:id="0" w:name="_GoBack"/>
      <w:bookmarkEnd w:id="0"/>
      <w:r w:rsidR="00FE328C">
        <w:rPr>
          <w:b/>
          <w:sz w:val="32"/>
        </w:rPr>
        <w:t>otes</w:t>
      </w:r>
    </w:p>
    <w:p w:rsidR="002C140B" w:rsidRDefault="0095089C">
      <w:pPr>
        <w:pStyle w:val="Heading1"/>
      </w:pPr>
      <w:r>
        <w:t>A. Questions from Section 2.3 — Inertia and Mass</w:t>
      </w:r>
    </w:p>
    <w:p w:rsidR="002C140B" w:rsidRDefault="0095089C">
      <w:pPr>
        <w:pStyle w:val="Heading2"/>
      </w:pPr>
      <w:r>
        <w:t>Q1. Which has more inertia?</w:t>
      </w:r>
    </w:p>
    <w:p w:rsidR="002C140B" w:rsidRDefault="0095089C">
      <w:r>
        <w:t>(a) Rubber ball and</w:t>
      </w:r>
      <w:r>
        <w:t xml:space="preserve"> stone of the same size — Answer: Stone. Mass is a measure of inertia.</w:t>
      </w:r>
    </w:p>
    <w:p w:rsidR="002C140B" w:rsidRDefault="0095089C">
      <w:pPr>
        <w:jc w:val="center"/>
      </w:pPr>
      <w:r>
        <w:rPr>
          <w:rFonts w:ascii="Cambria Math" w:hAnsi="Cambria Math"/>
          <w:b/>
          <w:sz w:val="23"/>
        </w:rPr>
        <w:t>Stone has more inertia.</w:t>
      </w:r>
    </w:p>
    <w:p w:rsidR="002C140B" w:rsidRDefault="0095089C">
      <w:r>
        <w:t>(b) Bicycle and train — Answer: Train.</w:t>
      </w:r>
    </w:p>
    <w:p w:rsidR="002C140B" w:rsidRDefault="0095089C">
      <w:pPr>
        <w:jc w:val="center"/>
      </w:pPr>
      <w:r>
        <w:rPr>
          <w:rFonts w:ascii="Cambria Math" w:hAnsi="Cambria Math"/>
          <w:b/>
          <w:sz w:val="23"/>
        </w:rPr>
        <w:t>Train has more inertia.</w:t>
      </w:r>
    </w:p>
    <w:p w:rsidR="002C140B" w:rsidRDefault="0095089C">
      <w:r>
        <w:t>(c) Five-rupees coin and one-rupee coin — Answer: ₹5 coin.</w:t>
      </w:r>
    </w:p>
    <w:p w:rsidR="002C140B" w:rsidRDefault="0095089C">
      <w:pPr>
        <w:jc w:val="center"/>
      </w:pPr>
      <w:r>
        <w:rPr>
          <w:rFonts w:ascii="Cambria Math" w:hAnsi="Cambria Math"/>
          <w:b/>
          <w:sz w:val="23"/>
        </w:rPr>
        <w:t>₹</w:t>
      </w:r>
      <w:r>
        <w:rPr>
          <w:rFonts w:ascii="Cambria Math" w:hAnsi="Cambria Math"/>
          <w:b/>
          <w:sz w:val="23"/>
        </w:rPr>
        <w:t>5 coin has more inertia.</w:t>
      </w:r>
    </w:p>
    <w:p w:rsidR="002C140B" w:rsidRDefault="0095089C">
      <w:r>
        <w:rPr>
          <w:b/>
        </w:rPr>
        <w:t xml:space="preserve">Hinglish: </w:t>
      </w:r>
      <w:r>
        <w:t>Jis</w:t>
      </w:r>
      <w:r>
        <w:t>ka mass zyada hota hai, uski inertia bhi zyada hoti hai.</w:t>
      </w:r>
    </w:p>
    <w:p w:rsidR="002C140B" w:rsidRDefault="0095089C">
      <w:pPr>
        <w:pStyle w:val="Heading2"/>
      </w:pPr>
      <w:r>
        <w:t>Q2. Football player and goalkeeper</w:t>
      </w:r>
    </w:p>
    <w:p w:rsidR="002C140B" w:rsidRDefault="0095089C">
      <w:r>
        <w:t>The velocity of the football changes four times: first kick, second kick, goalkeeper catches it (velocity becomes zero), and goalkeeper's final kick.</w:t>
      </w:r>
    </w:p>
    <w:p w:rsidR="002C140B" w:rsidRDefault="0095089C">
      <w:pPr>
        <w:pStyle w:val="ListBullet"/>
      </w:pPr>
      <w:r>
        <w:t>First kick → f</w:t>
      </w:r>
      <w:r>
        <w:t>irst football player</w:t>
      </w:r>
    </w:p>
    <w:p w:rsidR="002C140B" w:rsidRDefault="0095089C">
      <w:pPr>
        <w:pStyle w:val="ListBullet"/>
      </w:pPr>
      <w:r>
        <w:t>Second kick → second football player</w:t>
      </w:r>
    </w:p>
    <w:p w:rsidR="002C140B" w:rsidRDefault="0095089C">
      <w:pPr>
        <w:pStyle w:val="ListBullet"/>
      </w:pPr>
      <w:r>
        <w:t>Catching → goalkeeper</w:t>
      </w:r>
    </w:p>
    <w:p w:rsidR="002C140B" w:rsidRDefault="0095089C">
      <w:pPr>
        <w:pStyle w:val="ListBullet"/>
      </w:pPr>
      <w:r>
        <w:t>Final kick → goalkeeper</w:t>
      </w:r>
    </w:p>
    <w:p w:rsidR="002C140B" w:rsidRDefault="0095089C">
      <w:pPr>
        <w:jc w:val="center"/>
      </w:pPr>
      <w:r>
        <w:rPr>
          <w:rFonts w:ascii="Cambria Math" w:hAnsi="Cambria Math"/>
          <w:b/>
          <w:sz w:val="23"/>
        </w:rPr>
        <w:t>Velocity changes 4 times.</w:t>
      </w:r>
    </w:p>
    <w:p w:rsidR="002C140B" w:rsidRDefault="0095089C">
      <w:r>
        <w:rPr>
          <w:b/>
        </w:rPr>
        <w:t xml:space="preserve">Hinglish: </w:t>
      </w:r>
      <w:r>
        <w:t>Jab bhi football par force lagta hai, uski velocity change hoti hai. Catch karne par velocity zero ho jaati hai.</w:t>
      </w:r>
    </w:p>
    <w:p w:rsidR="002C140B" w:rsidRDefault="0095089C">
      <w:pPr>
        <w:pStyle w:val="Heading2"/>
      </w:pPr>
      <w:r>
        <w:t>Q3.</w:t>
      </w:r>
      <w:r>
        <w:t xml:space="preserve"> Why do some leaves get detached when a tree branch is vigorously shaken?</w:t>
      </w:r>
    </w:p>
    <w:p w:rsidR="002C140B" w:rsidRDefault="0095089C">
      <w:r>
        <w:t>The branch moves suddenly, while the leaves tend to remain in their original state because of inertia of rest. Some leaves therefore get detached.</w:t>
      </w:r>
    </w:p>
    <w:p w:rsidR="002C140B" w:rsidRDefault="0095089C">
      <w:pPr>
        <w:jc w:val="center"/>
      </w:pPr>
      <w:r>
        <w:rPr>
          <w:rFonts w:ascii="Cambria Math" w:hAnsi="Cambria Math"/>
          <w:b/>
          <w:sz w:val="23"/>
        </w:rPr>
        <w:t>Reason: Inertia of rest</w:t>
      </w:r>
    </w:p>
    <w:p w:rsidR="002C140B" w:rsidRDefault="0095089C">
      <w:r>
        <w:rPr>
          <w:b/>
        </w:rPr>
        <w:t xml:space="preserve">Hinglish: </w:t>
      </w:r>
      <w:r>
        <w:t>B</w:t>
      </w:r>
      <w:r>
        <w:t>ranch suddenly move karti hai, lekin leaves rest ki state maintain karna chahti hain.</w:t>
      </w:r>
    </w:p>
    <w:p w:rsidR="002C140B" w:rsidRDefault="0095089C">
      <w:pPr>
        <w:pStyle w:val="Heading2"/>
      </w:pPr>
      <w:r>
        <w:t>Q4. Why do you fall forward when a moving bus brakes and backward when it accelerates?</w:t>
      </w:r>
    </w:p>
    <w:p w:rsidR="002C140B" w:rsidRDefault="0095089C">
      <w:r>
        <w:t>When the bus brakes, the upper body tends to continue moving forward: inertia of mo</w:t>
      </w:r>
      <w:r>
        <w:t>tion. When the bus accelerates, the upper body tends to remain at rest: inertia of rest.</w:t>
      </w:r>
    </w:p>
    <w:p w:rsidR="002C140B" w:rsidRDefault="0095089C">
      <w:pPr>
        <w:jc w:val="center"/>
      </w:pPr>
      <w:r>
        <w:rPr>
          <w:rFonts w:ascii="Cambria Math" w:hAnsi="Cambria Math"/>
          <w:b/>
          <w:sz w:val="23"/>
        </w:rPr>
        <w:lastRenderedPageBreak/>
        <w:t>Braking → fall forward → inertia of motion</w:t>
      </w:r>
    </w:p>
    <w:p w:rsidR="002C140B" w:rsidRDefault="0095089C">
      <w:pPr>
        <w:jc w:val="center"/>
      </w:pPr>
      <w:r>
        <w:rPr>
          <w:rFonts w:ascii="Cambria Math" w:hAnsi="Cambria Math"/>
          <w:b/>
          <w:sz w:val="23"/>
        </w:rPr>
        <w:t>Sudden start → fall backward → inertia of rest</w:t>
      </w:r>
    </w:p>
    <w:p w:rsidR="002C140B" w:rsidRDefault="0095089C">
      <w:pPr>
        <w:pStyle w:val="Heading1"/>
      </w:pPr>
      <w:r>
        <w:t>B. Questions after Newton's Third Law</w:t>
      </w:r>
    </w:p>
    <w:p w:rsidR="002C140B" w:rsidRDefault="0095089C">
      <w:pPr>
        <w:pStyle w:val="Heading2"/>
      </w:pPr>
      <w:r>
        <w:t xml:space="preserve">Q1. If action is always equal to </w:t>
      </w:r>
      <w:r>
        <w:t>reaction, how can a horse pull a cart?</w:t>
      </w:r>
    </w:p>
    <w:p w:rsidR="002C140B" w:rsidRDefault="0095089C">
      <w:r>
        <w:t>The horse pushes the ground backward. The ground exerts an equal and opposite frictional force forward on the horse, enabling it to move and pull the cart.</w:t>
      </w:r>
    </w:p>
    <w:p w:rsidR="002C140B" w:rsidRDefault="0095089C">
      <w:pPr>
        <w:jc w:val="center"/>
      </w:pPr>
      <w:r>
        <w:rPr>
          <w:rFonts w:ascii="Cambria Math" w:hAnsi="Cambria Math"/>
          <w:b/>
          <w:sz w:val="23"/>
        </w:rPr>
        <w:t>Horse pushes ground backward → Ground pushes horse forward</w:t>
      </w:r>
    </w:p>
    <w:p w:rsidR="002C140B" w:rsidRDefault="0095089C">
      <w:pPr>
        <w:pStyle w:val="Heading2"/>
      </w:pPr>
      <w:r>
        <w:t>Q2</w:t>
      </w:r>
      <w:r>
        <w:t>. Why is it difficult for a fireman to hold a hose ejecting water at high velocity?</w:t>
      </w:r>
    </w:p>
    <w:p w:rsidR="002C140B" w:rsidRDefault="0095089C">
      <w:r>
        <w:t>Water is ejected at high velocity. The water exerts an equal and opposite reaction force on the hose, producing backward recoil.</w:t>
      </w:r>
    </w:p>
    <w:p w:rsidR="002C140B" w:rsidRDefault="0095089C">
      <w:pPr>
        <w:jc w:val="center"/>
      </w:pPr>
      <w:r>
        <w:rPr>
          <w:rFonts w:ascii="Cambria Math" w:hAnsi="Cambria Math"/>
          <w:b/>
          <w:sz w:val="23"/>
        </w:rPr>
        <w:t>High-speed water → large reaction force</w:t>
      </w:r>
    </w:p>
    <w:p w:rsidR="002C140B" w:rsidRDefault="0095089C">
      <w:pPr>
        <w:pStyle w:val="Heading2"/>
      </w:pPr>
      <w:r>
        <w:t>Q3.</w:t>
      </w:r>
      <w:r>
        <w:t xml:space="preserve"> Rifle recoil</w:t>
      </w:r>
    </w:p>
    <w:p w:rsidR="002C140B" w:rsidRDefault="0095089C">
      <w:r>
        <w:t>Given: rifle mass = 4 kg; bullet mass = 50 g = 0.05 kg; initial velocities = 0; bullet velocity = 35 m/s. Let rifle recoil velocity be v.</w:t>
      </w:r>
    </w:p>
    <w:p w:rsidR="002C140B" w:rsidRDefault="0095089C">
      <w:pPr>
        <w:jc w:val="center"/>
      </w:pPr>
      <w:r>
        <w:rPr>
          <w:rFonts w:ascii="Cambria Math" w:hAnsi="Cambria Math"/>
          <w:b/>
          <w:sz w:val="23"/>
        </w:rPr>
        <w:t>m₁v₁ + m₂v₂ = 0</w:t>
      </w:r>
    </w:p>
    <w:p w:rsidR="002C140B" w:rsidRDefault="0095089C">
      <w:pPr>
        <w:jc w:val="center"/>
      </w:pPr>
      <w:r>
        <w:rPr>
          <w:rFonts w:ascii="Cambria Math" w:hAnsi="Cambria Math"/>
          <w:b/>
          <w:sz w:val="23"/>
        </w:rPr>
        <w:t>4v + (0.05)(35) = 0</w:t>
      </w:r>
    </w:p>
    <w:p w:rsidR="002C140B" w:rsidRDefault="0095089C">
      <w:pPr>
        <w:jc w:val="center"/>
      </w:pPr>
      <w:r>
        <w:rPr>
          <w:rFonts w:ascii="Cambria Math" w:hAnsi="Cambria Math"/>
          <w:b/>
          <w:sz w:val="23"/>
        </w:rPr>
        <w:t>4v + 1.75 = 0</w:t>
      </w:r>
    </w:p>
    <w:p w:rsidR="002C140B" w:rsidRDefault="0095089C">
      <w:pPr>
        <w:jc w:val="center"/>
      </w:pPr>
      <w:r>
        <w:rPr>
          <w:rFonts w:ascii="Cambria Math" w:hAnsi="Cambria Math"/>
          <w:b/>
          <w:sz w:val="23"/>
        </w:rPr>
        <w:t>v = −0.4375 m/s</w:t>
      </w:r>
    </w:p>
    <w:p w:rsidR="002C140B" w:rsidRDefault="0095089C">
      <w:r>
        <w:t xml:space="preserve">Negative sign: rifle recoils opposite </w:t>
      </w:r>
      <w:r>
        <w:t>to the bullet.</w:t>
      </w:r>
    </w:p>
    <w:p w:rsidR="002C140B" w:rsidRDefault="0095089C">
      <w:pPr>
        <w:jc w:val="center"/>
      </w:pPr>
      <w:r>
        <w:rPr>
          <w:rFonts w:ascii="Cambria Math" w:hAnsi="Cambria Math"/>
          <w:b/>
          <w:sz w:val="23"/>
        </w:rPr>
        <w:t>Answer: 0.4375 m/s backward</w:t>
      </w:r>
    </w:p>
    <w:p w:rsidR="002C140B" w:rsidRDefault="0095089C">
      <w:pPr>
        <w:pStyle w:val="Heading2"/>
      </w:pPr>
      <w:r>
        <w:t>Q4. Collision of two objects</w:t>
      </w:r>
    </w:p>
    <w:p w:rsidR="002C140B" w:rsidRDefault="0095089C">
      <w:r>
        <w:t>Given: m₁ = 0.1 kg; m₂ = 0.2 kg; u₁ = 2 m/s; u₂ = 1 m/s; v₁ = 1.67 m/s. Let v₂ be the final velocity of the second object.</w:t>
      </w:r>
    </w:p>
    <w:p w:rsidR="002C140B" w:rsidRDefault="0095089C">
      <w:pPr>
        <w:jc w:val="center"/>
      </w:pPr>
      <w:r>
        <w:rPr>
          <w:rFonts w:ascii="Cambria Math" w:hAnsi="Cambria Math"/>
          <w:b/>
          <w:sz w:val="23"/>
        </w:rPr>
        <w:t>m₁u₁ + m₂u₂ = m₁v₁ + m₂v₂</w:t>
      </w:r>
    </w:p>
    <w:p w:rsidR="002C140B" w:rsidRDefault="0095089C">
      <w:pPr>
        <w:jc w:val="center"/>
      </w:pPr>
      <w:r>
        <w:rPr>
          <w:rFonts w:ascii="Cambria Math" w:hAnsi="Cambria Math"/>
          <w:b/>
          <w:sz w:val="23"/>
        </w:rPr>
        <w:t>(0.1)(2) + (0.2)(1) = (0.1)(1.67) +</w:t>
      </w:r>
      <w:r>
        <w:rPr>
          <w:rFonts w:ascii="Cambria Math" w:hAnsi="Cambria Math"/>
          <w:b/>
          <w:sz w:val="23"/>
        </w:rPr>
        <w:t xml:space="preserve"> (0.2)v₂</w:t>
      </w:r>
    </w:p>
    <w:p w:rsidR="002C140B" w:rsidRDefault="0095089C">
      <w:pPr>
        <w:jc w:val="center"/>
      </w:pPr>
      <w:r>
        <w:rPr>
          <w:rFonts w:ascii="Cambria Math" w:hAnsi="Cambria Math"/>
          <w:b/>
          <w:sz w:val="23"/>
        </w:rPr>
        <w:t>0.4 = 0.167 + 0.2v₂</w:t>
      </w:r>
    </w:p>
    <w:p w:rsidR="002C140B" w:rsidRDefault="0095089C">
      <w:pPr>
        <w:jc w:val="center"/>
      </w:pPr>
      <w:r>
        <w:rPr>
          <w:rFonts w:ascii="Cambria Math" w:hAnsi="Cambria Math"/>
          <w:b/>
          <w:sz w:val="23"/>
        </w:rPr>
        <w:t>v₂ = 1.165 m/s ≈ 1.17 m/s</w:t>
      </w:r>
    </w:p>
    <w:p w:rsidR="002C140B" w:rsidRDefault="0095089C">
      <w:pPr>
        <w:pStyle w:val="Heading1"/>
      </w:pPr>
      <w:r>
        <w:lastRenderedPageBreak/>
        <w:t>C. Chapter Exercises</w:t>
      </w:r>
    </w:p>
    <w:p w:rsidR="002C140B" w:rsidRDefault="0095089C">
      <w:pPr>
        <w:pStyle w:val="Heading2"/>
      </w:pPr>
      <w:r>
        <w:t>Q1. Can an object have zero net force but non-zero velocity?</w:t>
      </w:r>
    </w:p>
    <w:p w:rsidR="002C140B" w:rsidRDefault="0095089C">
      <w:r>
        <w:t>Yes. Zero net force means zero acceleration. The object can continue with constant non-zero velocity in a straight line</w:t>
      </w:r>
      <w:r>
        <w:t>.</w:t>
      </w:r>
    </w:p>
    <w:p w:rsidR="002C140B" w:rsidRDefault="0095089C">
      <w:pPr>
        <w:jc w:val="center"/>
      </w:pPr>
      <w:r>
        <w:rPr>
          <w:rFonts w:ascii="Cambria Math" w:hAnsi="Cambria Math"/>
          <w:b/>
          <w:sz w:val="23"/>
        </w:rPr>
        <w:t>Fₙₑₜ = 0 → a = 0 → v = constant</w:t>
      </w:r>
    </w:p>
    <w:p w:rsidR="002C140B" w:rsidRDefault="0095089C">
      <w:pPr>
        <w:pStyle w:val="Heading2"/>
      </w:pPr>
      <w:r>
        <w:t>Q2. Why does dust come out when a carpet is beaten?</w:t>
      </w:r>
    </w:p>
    <w:p w:rsidR="002C140B" w:rsidRDefault="0095089C">
      <w:r>
        <w:t>The carpet moves suddenly but dust tends to remain at rest because of inertia of rest, so the dust separates.</w:t>
      </w:r>
    </w:p>
    <w:p w:rsidR="002C140B" w:rsidRDefault="0095089C">
      <w:pPr>
        <w:jc w:val="center"/>
      </w:pPr>
      <w:r>
        <w:rPr>
          <w:rFonts w:ascii="Cambria Math" w:hAnsi="Cambria Math"/>
          <w:b/>
          <w:sz w:val="23"/>
        </w:rPr>
        <w:t>Reason: Inertia of rest</w:t>
      </w:r>
    </w:p>
    <w:p w:rsidR="002C140B" w:rsidRDefault="0095089C">
      <w:pPr>
        <w:pStyle w:val="Heading2"/>
      </w:pPr>
      <w:r>
        <w:t xml:space="preserve">Q3. Why should luggage on the roof </w:t>
      </w:r>
      <w:r>
        <w:t>of a bus be tied with a rope?</w:t>
      </w:r>
    </w:p>
    <w:p w:rsidR="002C140B" w:rsidRDefault="0095089C">
      <w:r>
        <w:t>During sudden starting, stopping or turning, luggage tends to maintain its original state because of inertia and may slide or fall. A rope secures it.</w:t>
      </w:r>
    </w:p>
    <w:p w:rsidR="002C140B" w:rsidRDefault="0095089C">
      <w:pPr>
        <w:jc w:val="center"/>
      </w:pPr>
      <w:r>
        <w:rPr>
          <w:rFonts w:ascii="Cambria Math" w:hAnsi="Cambria Math"/>
          <w:b/>
          <w:sz w:val="23"/>
        </w:rPr>
        <w:t>Reason: Inertia</w:t>
      </w:r>
    </w:p>
    <w:p w:rsidR="002C140B" w:rsidRDefault="0095089C">
      <w:pPr>
        <w:pStyle w:val="Heading2"/>
      </w:pPr>
      <w:r>
        <w:t>Q4. Why does a cricket ball rolling on level ground eventua</w:t>
      </w:r>
      <w:r>
        <w:t>lly stop?</w:t>
      </w:r>
    </w:p>
    <w:p w:rsidR="002C140B" w:rsidRDefault="0095089C">
      <w:r>
        <w:t>Correct option: (c) There is a force on the ball opposing the motion. This is friction.</w:t>
      </w:r>
    </w:p>
    <w:p w:rsidR="002C140B" w:rsidRDefault="0095089C">
      <w:pPr>
        <w:jc w:val="center"/>
      </w:pPr>
      <w:r>
        <w:rPr>
          <w:rFonts w:ascii="Cambria Math" w:hAnsi="Cambria Math"/>
          <w:b/>
          <w:sz w:val="23"/>
        </w:rPr>
        <w:t>Answer: (c)</w:t>
      </w:r>
    </w:p>
    <w:p w:rsidR="002C140B" w:rsidRDefault="0095089C">
      <w:pPr>
        <w:pStyle w:val="Heading2"/>
      </w:pPr>
      <w:r>
        <w:t>Q5. Truck rolling down a hill</w:t>
      </w:r>
    </w:p>
    <w:p w:rsidR="002C140B" w:rsidRDefault="0095089C">
      <w:r>
        <w:t>Given: u = 0; s = 400 m; t = 20 s; mass = 7000 kg.</w:t>
      </w:r>
    </w:p>
    <w:p w:rsidR="002C140B" w:rsidRDefault="0095089C">
      <w:pPr>
        <w:jc w:val="center"/>
      </w:pPr>
      <w:r>
        <w:rPr>
          <w:rFonts w:ascii="Cambria Math" w:hAnsi="Cambria Math"/>
          <w:b/>
          <w:sz w:val="23"/>
        </w:rPr>
        <w:t>s = ut + ½at²</w:t>
      </w:r>
    </w:p>
    <w:p w:rsidR="002C140B" w:rsidRDefault="0095089C">
      <w:pPr>
        <w:jc w:val="center"/>
      </w:pPr>
      <w:r>
        <w:rPr>
          <w:rFonts w:ascii="Cambria Math" w:hAnsi="Cambria Math"/>
          <w:b/>
          <w:sz w:val="23"/>
        </w:rPr>
        <w:t>400 = ½a(20)²</w:t>
      </w:r>
    </w:p>
    <w:p w:rsidR="002C140B" w:rsidRDefault="0095089C">
      <w:pPr>
        <w:jc w:val="center"/>
      </w:pPr>
      <w:r>
        <w:rPr>
          <w:rFonts w:ascii="Cambria Math" w:hAnsi="Cambria Math"/>
          <w:b/>
          <w:sz w:val="23"/>
        </w:rPr>
        <w:t>a = 2 m/s²</w:t>
      </w:r>
    </w:p>
    <w:p w:rsidR="002C140B" w:rsidRDefault="0095089C">
      <w:pPr>
        <w:jc w:val="center"/>
      </w:pPr>
      <w:r>
        <w:rPr>
          <w:rFonts w:ascii="Cambria Math" w:hAnsi="Cambria Math"/>
          <w:b/>
          <w:sz w:val="23"/>
        </w:rPr>
        <w:t>F = ma = 7000 × 2 = 14,000</w:t>
      </w:r>
      <w:r>
        <w:rPr>
          <w:rFonts w:ascii="Cambria Math" w:hAnsi="Cambria Math"/>
          <w:b/>
          <w:sz w:val="23"/>
        </w:rPr>
        <w:t xml:space="preserve"> N</w:t>
      </w:r>
    </w:p>
    <w:p w:rsidR="002C140B" w:rsidRDefault="0095089C">
      <w:pPr>
        <w:jc w:val="center"/>
      </w:pPr>
      <w:r>
        <w:rPr>
          <w:rFonts w:ascii="Cambria Math" w:hAnsi="Cambria Math"/>
          <w:b/>
          <w:sz w:val="23"/>
        </w:rPr>
        <w:t>Answer: a = 2 m/s²; F = 14,000 N</w:t>
      </w:r>
    </w:p>
    <w:p w:rsidR="002C140B" w:rsidRDefault="0095089C">
      <w:pPr>
        <w:pStyle w:val="Heading2"/>
      </w:pPr>
      <w:r>
        <w:t>Q6. Stone moving on frozen lake</w:t>
      </w:r>
    </w:p>
    <w:p w:rsidR="002C140B" w:rsidRDefault="0095089C">
      <w:r>
        <w:t>Given: m = 1 kg; u = 20 m/s; v = 0; s = 50 m.</w:t>
      </w:r>
    </w:p>
    <w:p w:rsidR="002C140B" w:rsidRDefault="0095089C">
      <w:pPr>
        <w:jc w:val="center"/>
      </w:pPr>
      <w:r>
        <w:rPr>
          <w:rFonts w:ascii="Cambria Math" w:hAnsi="Cambria Math"/>
          <w:b/>
          <w:sz w:val="23"/>
        </w:rPr>
        <w:t>v² = u² + 2as</w:t>
      </w:r>
    </w:p>
    <w:p w:rsidR="002C140B" w:rsidRDefault="0095089C">
      <w:pPr>
        <w:jc w:val="center"/>
      </w:pPr>
      <w:r>
        <w:rPr>
          <w:rFonts w:ascii="Cambria Math" w:hAnsi="Cambria Math"/>
          <w:b/>
          <w:sz w:val="23"/>
        </w:rPr>
        <w:t>0 = 20² + 2a(50)</w:t>
      </w:r>
    </w:p>
    <w:p w:rsidR="002C140B" w:rsidRDefault="0095089C">
      <w:pPr>
        <w:jc w:val="center"/>
      </w:pPr>
      <w:r>
        <w:rPr>
          <w:rFonts w:ascii="Cambria Math" w:hAnsi="Cambria Math"/>
          <w:b/>
          <w:sz w:val="23"/>
        </w:rPr>
        <w:t>a = −4 m/s²</w:t>
      </w:r>
    </w:p>
    <w:p w:rsidR="002C140B" w:rsidRDefault="0095089C">
      <w:pPr>
        <w:jc w:val="center"/>
      </w:pPr>
      <w:r>
        <w:rPr>
          <w:rFonts w:ascii="Cambria Math" w:hAnsi="Cambria Math"/>
          <w:b/>
          <w:sz w:val="23"/>
        </w:rPr>
        <w:t>F = ma = −4 N</w:t>
      </w:r>
    </w:p>
    <w:p w:rsidR="002C140B" w:rsidRDefault="0095089C">
      <w:pPr>
        <w:jc w:val="center"/>
      </w:pPr>
      <w:r>
        <w:rPr>
          <w:rFonts w:ascii="Cambria Math" w:hAnsi="Cambria Math"/>
          <w:b/>
          <w:sz w:val="23"/>
        </w:rPr>
        <w:t>Magnitude of friction force = 4 N</w:t>
      </w:r>
    </w:p>
    <w:p w:rsidR="002C140B" w:rsidRDefault="0095089C">
      <w:pPr>
        <w:pStyle w:val="Heading2"/>
      </w:pPr>
      <w:r>
        <w:t>Q7. Engine pulling a train</w:t>
      </w:r>
    </w:p>
    <w:p w:rsidR="002C140B" w:rsidRDefault="0095089C">
      <w:r>
        <w:t xml:space="preserve">Five wagons have mass 5 </w:t>
      </w:r>
      <w:r>
        <w:t>× 2000 = 10,000 kg. Total mass = 8000 + 10,000 = 18,000 kg.</w:t>
      </w:r>
    </w:p>
    <w:p w:rsidR="002C140B" w:rsidRDefault="0095089C">
      <w:pPr>
        <w:jc w:val="center"/>
      </w:pPr>
      <w:r>
        <w:rPr>
          <w:rFonts w:ascii="Cambria Math" w:hAnsi="Cambria Math"/>
          <w:b/>
          <w:sz w:val="23"/>
        </w:rPr>
        <w:lastRenderedPageBreak/>
        <w:t>Net force = 40,000 − 5,000 = 35,000 N</w:t>
      </w:r>
    </w:p>
    <w:p w:rsidR="002C140B" w:rsidRDefault="0095089C">
      <w:pPr>
        <w:jc w:val="center"/>
      </w:pPr>
      <w:r>
        <w:rPr>
          <w:rFonts w:ascii="Cambria Math" w:hAnsi="Cambria Math"/>
          <w:b/>
          <w:sz w:val="23"/>
        </w:rPr>
        <w:t>a = 35,000 / 18,000 ≈ 1.94 m/s²</w:t>
      </w:r>
    </w:p>
    <w:p w:rsidR="002C140B" w:rsidRDefault="0095089C">
      <w:pPr>
        <w:jc w:val="center"/>
      </w:pPr>
      <w:r>
        <w:rPr>
          <w:rFonts w:ascii="Cambria Math" w:hAnsi="Cambria Math"/>
          <w:b/>
          <w:sz w:val="23"/>
        </w:rPr>
        <w:t>Answer: Net force = 35,000 N; acceleration ≈ 1.94 m/s²</w:t>
      </w:r>
    </w:p>
    <w:p w:rsidR="002C140B" w:rsidRDefault="0095089C">
      <w:pPr>
        <w:pStyle w:val="Heading2"/>
      </w:pPr>
      <w:r>
        <w:t>Q8. Automobile stopping force</w:t>
      </w:r>
    </w:p>
    <w:p w:rsidR="002C140B" w:rsidRDefault="0095089C">
      <w:r>
        <w:t>Given: m = 1500 kg; a = −1.7 m/s².</w:t>
      </w:r>
    </w:p>
    <w:p w:rsidR="002C140B" w:rsidRDefault="0095089C">
      <w:pPr>
        <w:jc w:val="center"/>
      </w:pPr>
      <w:r>
        <w:rPr>
          <w:rFonts w:ascii="Cambria Math" w:hAnsi="Cambria Math"/>
          <w:b/>
          <w:sz w:val="23"/>
        </w:rPr>
        <w:t>F = ma</w:t>
      </w:r>
      <w:r>
        <w:rPr>
          <w:rFonts w:ascii="Cambria Math" w:hAnsi="Cambria Math"/>
          <w:b/>
          <w:sz w:val="23"/>
        </w:rPr>
        <w:t xml:space="preserve"> = 1500(−1.7) = −2550 N</w:t>
      </w:r>
    </w:p>
    <w:p w:rsidR="002C140B" w:rsidRDefault="0095089C">
      <w:pPr>
        <w:jc w:val="center"/>
      </w:pPr>
      <w:r>
        <w:rPr>
          <w:rFonts w:ascii="Cambria Math" w:hAnsi="Cambria Math"/>
          <w:b/>
          <w:sz w:val="23"/>
        </w:rPr>
        <w:t>Magnitude = 2550 N, opposite to motion</w:t>
      </w:r>
    </w:p>
    <w:p w:rsidR="002C140B" w:rsidRDefault="0095089C">
      <w:pPr>
        <w:pStyle w:val="Heading2"/>
      </w:pPr>
      <w:r>
        <w:t>Q9. Momentum</w:t>
      </w:r>
    </w:p>
    <w:p w:rsidR="002C140B" w:rsidRDefault="0095089C">
      <w:pPr>
        <w:jc w:val="center"/>
      </w:pPr>
      <w:r>
        <w:rPr>
          <w:rFonts w:ascii="Cambria Math" w:hAnsi="Cambria Math"/>
          <w:b/>
          <w:sz w:val="23"/>
        </w:rPr>
        <w:t>p = mv</w:t>
      </w:r>
    </w:p>
    <w:p w:rsidR="002C140B" w:rsidRDefault="0095089C">
      <w:pPr>
        <w:jc w:val="center"/>
      </w:pPr>
      <w:r>
        <w:rPr>
          <w:rFonts w:ascii="Cambria Math" w:hAnsi="Cambria Math"/>
          <w:b/>
          <w:sz w:val="23"/>
        </w:rPr>
        <w:t>Answer: (a) mv</w:t>
      </w:r>
    </w:p>
    <w:p w:rsidR="002C140B" w:rsidRDefault="0095089C">
      <w:pPr>
        <w:pStyle w:val="Heading2"/>
      </w:pPr>
      <w:r>
        <w:t>Q10. Cabinet moving at constant velocity</w:t>
      </w:r>
    </w:p>
    <w:p w:rsidR="002C140B" w:rsidRDefault="0095089C">
      <w:r>
        <w:t>Constant velocity means acceleration is zero, so net force is zero. Friction balances the applied 200 N force.</w:t>
      </w:r>
    </w:p>
    <w:p w:rsidR="002C140B" w:rsidRDefault="0095089C">
      <w:pPr>
        <w:jc w:val="center"/>
      </w:pPr>
      <w:r>
        <w:rPr>
          <w:rFonts w:ascii="Cambria Math" w:hAnsi="Cambria Math"/>
          <w:b/>
          <w:sz w:val="23"/>
        </w:rPr>
        <w:t>Fricti</w:t>
      </w:r>
      <w:r>
        <w:rPr>
          <w:rFonts w:ascii="Cambria Math" w:hAnsi="Cambria Math"/>
          <w:b/>
          <w:sz w:val="23"/>
        </w:rPr>
        <w:t>on force = 200 N</w:t>
      </w:r>
    </w:p>
    <w:p w:rsidR="002C140B" w:rsidRDefault="0095089C">
      <w:pPr>
        <w:pStyle w:val="Heading2"/>
      </w:pPr>
      <w:r>
        <w:t>Q11. Two objects stick together</w:t>
      </w:r>
    </w:p>
    <w:p w:rsidR="002C140B" w:rsidRDefault="0095089C">
      <w:r>
        <w:t>Given: m₁ = m₂ = 1.5 kg; u₁ = +2.5 m/s; u₂ = −2.5 m/s.</w:t>
      </w:r>
    </w:p>
    <w:p w:rsidR="002C140B" w:rsidRDefault="0095089C">
      <w:pPr>
        <w:jc w:val="center"/>
      </w:pPr>
      <w:r>
        <w:rPr>
          <w:rFonts w:ascii="Cambria Math" w:hAnsi="Cambria Math"/>
          <w:b/>
          <w:sz w:val="23"/>
        </w:rPr>
        <w:t>1.5(2.5) + 1.5(−2.5) = 3v</w:t>
      </w:r>
    </w:p>
    <w:p w:rsidR="002C140B" w:rsidRDefault="0095089C">
      <w:pPr>
        <w:jc w:val="center"/>
      </w:pPr>
      <w:r>
        <w:rPr>
          <w:rFonts w:ascii="Cambria Math" w:hAnsi="Cambria Math"/>
          <w:b/>
          <w:sz w:val="23"/>
        </w:rPr>
        <w:t>v = 0 m/s</w:t>
      </w:r>
    </w:p>
    <w:p w:rsidR="002C140B" w:rsidRDefault="0095089C">
      <w:r>
        <w:t>Answer: Combined object comes to rest.</w:t>
      </w:r>
    </w:p>
    <w:p w:rsidR="002C140B" w:rsidRDefault="0095089C">
      <w:pPr>
        <w:pStyle w:val="Heading2"/>
      </w:pPr>
      <w:r>
        <w:t>Q12. Truck and action-reaction forces</w:t>
      </w:r>
    </w:p>
    <w:p w:rsidR="002C140B" w:rsidRDefault="0095089C">
      <w:r>
        <w:t xml:space="preserve">The student's logic is incorrect. </w:t>
      </w:r>
      <w:r>
        <w:t>Action and reaction act on different objects and therefore do not cancel on the truck. The truck does not move because the forces acting on it are balanced and net force is zero.</w:t>
      </w:r>
    </w:p>
    <w:p w:rsidR="002C140B" w:rsidRDefault="0095089C">
      <w:pPr>
        <w:pStyle w:val="Heading2"/>
      </w:pPr>
      <w:r>
        <w:t>Q13. Hockey ball — change in momentum</w:t>
      </w:r>
    </w:p>
    <w:p w:rsidR="002C140B" w:rsidRDefault="0095089C">
      <w:r>
        <w:t xml:space="preserve">Given: m = 0.2 kg; u = +10 m/s; v = −5 </w:t>
      </w:r>
      <w:r>
        <w:t>m/s.</w:t>
      </w:r>
    </w:p>
    <w:p w:rsidR="002C140B" w:rsidRDefault="0095089C">
      <w:pPr>
        <w:jc w:val="center"/>
      </w:pPr>
      <w:r>
        <w:rPr>
          <w:rFonts w:ascii="Cambria Math" w:hAnsi="Cambria Math"/>
          <w:b/>
          <w:sz w:val="23"/>
        </w:rPr>
        <w:t>Δp = m(v − u)</w:t>
      </w:r>
    </w:p>
    <w:p w:rsidR="002C140B" w:rsidRDefault="0095089C">
      <w:pPr>
        <w:jc w:val="center"/>
      </w:pPr>
      <w:r>
        <w:rPr>
          <w:rFonts w:ascii="Cambria Math" w:hAnsi="Cambria Math"/>
          <w:b/>
          <w:sz w:val="23"/>
        </w:rPr>
        <w:t>Δp = 0.2(−5 − 10) = −3 kg m/s</w:t>
      </w:r>
    </w:p>
    <w:p w:rsidR="002C140B" w:rsidRDefault="0095089C">
      <w:pPr>
        <w:jc w:val="center"/>
      </w:pPr>
      <w:r>
        <w:rPr>
          <w:rFonts w:ascii="Cambria Math" w:hAnsi="Cambria Math"/>
          <w:b/>
          <w:sz w:val="23"/>
        </w:rPr>
        <w:t>Magnitude = 3 kg m/s</w:t>
      </w:r>
    </w:p>
    <w:p w:rsidR="002C140B" w:rsidRDefault="0095089C">
      <w:pPr>
        <w:pStyle w:val="Heading2"/>
      </w:pPr>
      <w:r>
        <w:t>Q14. Bullet penetrating a wooden block</w:t>
      </w:r>
    </w:p>
    <w:p w:rsidR="002C140B" w:rsidRDefault="0095089C">
      <w:r>
        <w:t>Given: m = 0.01 kg; u = 150 m/s; v = 0; t = 0.03 s.</w:t>
      </w:r>
    </w:p>
    <w:p w:rsidR="002C140B" w:rsidRDefault="0095089C">
      <w:pPr>
        <w:jc w:val="center"/>
      </w:pPr>
      <w:r>
        <w:rPr>
          <w:rFonts w:ascii="Cambria Math" w:hAnsi="Cambria Math"/>
          <w:b/>
          <w:sz w:val="23"/>
        </w:rPr>
        <w:t>a = (0 − 150) / 0.03 = −5000 m/s²</w:t>
      </w:r>
    </w:p>
    <w:p w:rsidR="002C140B" w:rsidRDefault="0095089C">
      <w:pPr>
        <w:jc w:val="center"/>
      </w:pPr>
      <w:r>
        <w:rPr>
          <w:rFonts w:ascii="Cambria Math" w:hAnsi="Cambria Math"/>
          <w:b/>
          <w:sz w:val="23"/>
        </w:rPr>
        <w:t>s = ut + ½at²</w:t>
      </w:r>
    </w:p>
    <w:p w:rsidR="002C140B" w:rsidRDefault="0095089C">
      <w:pPr>
        <w:jc w:val="center"/>
      </w:pPr>
      <w:r>
        <w:rPr>
          <w:rFonts w:ascii="Cambria Math" w:hAnsi="Cambria Math"/>
          <w:b/>
          <w:sz w:val="23"/>
        </w:rPr>
        <w:lastRenderedPageBreak/>
        <w:t>s = 150(0.03) + ½(−5000)(0.03)² = 2.25 m</w:t>
      </w:r>
    </w:p>
    <w:p w:rsidR="002C140B" w:rsidRDefault="0095089C">
      <w:pPr>
        <w:jc w:val="center"/>
      </w:pPr>
      <w:r>
        <w:rPr>
          <w:rFonts w:ascii="Cambria Math" w:hAnsi="Cambria Math"/>
          <w:b/>
          <w:sz w:val="23"/>
        </w:rPr>
        <w:t>F = ma</w:t>
      </w:r>
      <w:r>
        <w:rPr>
          <w:rFonts w:ascii="Cambria Math" w:hAnsi="Cambria Math"/>
          <w:b/>
          <w:sz w:val="23"/>
        </w:rPr>
        <w:t xml:space="preserve"> = 0.01(−5000) = −50 N</w:t>
      </w:r>
    </w:p>
    <w:p w:rsidR="002C140B" w:rsidRDefault="0095089C">
      <w:pPr>
        <w:jc w:val="center"/>
      </w:pPr>
      <w:r>
        <w:rPr>
          <w:rFonts w:ascii="Cambria Math" w:hAnsi="Cambria Math"/>
          <w:b/>
          <w:sz w:val="23"/>
        </w:rPr>
        <w:t>Answers: Penetration distance = 2.25 m; force magnitude = 50 N</w:t>
      </w:r>
    </w:p>
    <w:p w:rsidR="002C140B" w:rsidRDefault="0095089C">
      <w:pPr>
        <w:pStyle w:val="Heading2"/>
      </w:pPr>
      <w:r>
        <w:t>Q15. Object sticks to wooden block</w:t>
      </w:r>
    </w:p>
    <w:p w:rsidR="002C140B" w:rsidRDefault="0095089C">
      <w:r>
        <w:t>Given: m₁ = 1 kg; u₁ = 10 m/s; m₂ = 5 kg; u₂ = 0.</w:t>
      </w:r>
    </w:p>
    <w:p w:rsidR="002C140B" w:rsidRDefault="0095089C">
      <w:pPr>
        <w:jc w:val="center"/>
      </w:pPr>
      <w:r>
        <w:rPr>
          <w:rFonts w:ascii="Cambria Math" w:hAnsi="Cambria Math"/>
          <w:b/>
          <w:sz w:val="23"/>
        </w:rPr>
        <w:t>Momentum before = 1(10) + 5(0) = 10 kg m/s</w:t>
      </w:r>
    </w:p>
    <w:p w:rsidR="002C140B" w:rsidRDefault="0095089C">
      <w:pPr>
        <w:jc w:val="center"/>
      </w:pPr>
      <w:r>
        <w:rPr>
          <w:rFonts w:ascii="Cambria Math" w:hAnsi="Cambria Math"/>
          <w:b/>
          <w:sz w:val="23"/>
        </w:rPr>
        <w:t>Momentum after = 10 kg m/s</w:t>
      </w:r>
    </w:p>
    <w:p w:rsidR="002C140B" w:rsidRDefault="0095089C">
      <w:pPr>
        <w:jc w:val="center"/>
      </w:pPr>
      <w:r>
        <w:rPr>
          <w:rFonts w:ascii="Cambria Math" w:hAnsi="Cambria Math"/>
          <w:b/>
          <w:sz w:val="23"/>
        </w:rPr>
        <w:t>(1 + 5)v = 10</w:t>
      </w:r>
    </w:p>
    <w:p w:rsidR="002C140B" w:rsidRDefault="0095089C">
      <w:pPr>
        <w:jc w:val="center"/>
      </w:pPr>
      <w:r>
        <w:rPr>
          <w:rFonts w:ascii="Cambria Math" w:hAnsi="Cambria Math"/>
          <w:b/>
          <w:sz w:val="23"/>
        </w:rPr>
        <w:t>v</w:t>
      </w:r>
      <w:r>
        <w:rPr>
          <w:rFonts w:ascii="Cambria Math" w:hAnsi="Cambria Math"/>
          <w:b/>
          <w:sz w:val="23"/>
        </w:rPr>
        <w:t xml:space="preserve"> = 1.67 m/s</w:t>
      </w:r>
    </w:p>
    <w:p w:rsidR="002C140B" w:rsidRDefault="0095089C">
      <w:pPr>
        <w:jc w:val="center"/>
      </w:pPr>
      <w:r>
        <w:rPr>
          <w:rFonts w:ascii="Cambria Math" w:hAnsi="Cambria Math"/>
          <w:b/>
          <w:sz w:val="23"/>
        </w:rPr>
        <w:t>Answers: Total momentum = 10 kg m/s; common velocity ≈ 1.67 m/s</w:t>
      </w:r>
    </w:p>
    <w:p w:rsidR="002C140B" w:rsidRDefault="0095089C">
      <w:pPr>
        <w:pStyle w:val="Heading2"/>
      </w:pPr>
      <w:r>
        <w:t>Q16. Object accelerated from 5 m/s to 8 m/s</w:t>
      </w:r>
    </w:p>
    <w:p w:rsidR="002C140B" w:rsidRDefault="0095089C">
      <w:r>
        <w:t>Given: m = 100 kg; u = 5 m/s; v = 8 m/s; t = 6 s.</w:t>
      </w:r>
    </w:p>
    <w:p w:rsidR="002C140B" w:rsidRDefault="0095089C">
      <w:pPr>
        <w:jc w:val="center"/>
      </w:pPr>
      <w:r>
        <w:rPr>
          <w:rFonts w:ascii="Cambria Math" w:hAnsi="Cambria Math"/>
          <w:b/>
          <w:sz w:val="23"/>
        </w:rPr>
        <w:t>Initial momentum = 100(5) = 500 kg m/s</w:t>
      </w:r>
    </w:p>
    <w:p w:rsidR="002C140B" w:rsidRDefault="0095089C">
      <w:pPr>
        <w:jc w:val="center"/>
      </w:pPr>
      <w:r>
        <w:rPr>
          <w:rFonts w:ascii="Cambria Math" w:hAnsi="Cambria Math"/>
          <w:b/>
          <w:sz w:val="23"/>
        </w:rPr>
        <w:t>Final momentum = 100(8) = 800 kg m/s</w:t>
      </w:r>
    </w:p>
    <w:p w:rsidR="002C140B" w:rsidRDefault="0095089C">
      <w:pPr>
        <w:jc w:val="center"/>
      </w:pPr>
      <w:r>
        <w:rPr>
          <w:rFonts w:ascii="Cambria Math" w:hAnsi="Cambria Math"/>
          <w:b/>
          <w:sz w:val="23"/>
        </w:rPr>
        <w:t xml:space="preserve">F = 100(8 </w:t>
      </w:r>
      <w:r>
        <w:rPr>
          <w:rFonts w:ascii="Cambria Math" w:hAnsi="Cambria Math"/>
          <w:b/>
          <w:sz w:val="23"/>
        </w:rPr>
        <w:t>−</w:t>
      </w:r>
      <w:r>
        <w:rPr>
          <w:rFonts w:ascii="Cambria Math" w:hAnsi="Cambria Math"/>
          <w:b/>
          <w:sz w:val="23"/>
        </w:rPr>
        <w:t xml:space="preserve"> 5) / 6 = 50 N</w:t>
      </w:r>
    </w:p>
    <w:p w:rsidR="002C140B" w:rsidRDefault="0095089C">
      <w:pPr>
        <w:jc w:val="center"/>
      </w:pPr>
      <w:r>
        <w:rPr>
          <w:rFonts w:ascii="Cambria Math" w:hAnsi="Cambria Math"/>
          <w:b/>
          <w:sz w:val="23"/>
        </w:rPr>
        <w:t>Answers: 500 kg m/s; 800 kg m/s; 50 N</w:t>
      </w:r>
    </w:p>
    <w:p w:rsidR="002C140B" w:rsidRDefault="0095089C">
      <w:pPr>
        <w:pStyle w:val="Heading2"/>
      </w:pPr>
      <w:r>
        <w:t>Q17. Insect and motorcar</w:t>
      </w:r>
    </w:p>
    <w:p w:rsidR="002C140B" w:rsidRDefault="0095089C">
      <w:r>
        <w:t>Kiran is incorrect: the insect does not have a greater change in momentum. Akhtar is incorrect: the car does not exert a larger force simply because it has larger velocity. Rahu</w:t>
      </w:r>
      <w:r>
        <w:t>l is correct: both experience equal and opposite forces and equal changes in momentum in magnitude.</w:t>
      </w:r>
    </w:p>
    <w:p w:rsidR="002C140B" w:rsidRDefault="0095089C">
      <w:pPr>
        <w:jc w:val="center"/>
      </w:pPr>
      <w:r>
        <w:rPr>
          <w:rFonts w:ascii="Cambria Math" w:hAnsi="Cambria Math"/>
          <w:b/>
          <w:sz w:val="23"/>
        </w:rPr>
        <w:t>F(car on insect) = −F(insect on car)</w:t>
      </w:r>
    </w:p>
    <w:p w:rsidR="002C140B" w:rsidRDefault="0095089C">
      <w:pPr>
        <w:jc w:val="center"/>
      </w:pPr>
      <w:r>
        <w:rPr>
          <w:rFonts w:ascii="Cambria Math" w:hAnsi="Cambria Math"/>
          <w:b/>
          <w:sz w:val="23"/>
        </w:rPr>
        <w:t>Answer: Rahul is correct.</w:t>
      </w:r>
    </w:p>
    <w:p w:rsidR="002C140B" w:rsidRDefault="0095089C">
      <w:pPr>
        <w:pStyle w:val="Heading2"/>
      </w:pPr>
      <w:r>
        <w:t>Q18. Dumb-bell falling from 80 cm</w:t>
      </w:r>
    </w:p>
    <w:p w:rsidR="002C140B" w:rsidRDefault="0095089C">
      <w:r>
        <w:t>Given: m = 10 kg; h = 0.8 m; u = 0; a = 10 m/s².</w:t>
      </w:r>
    </w:p>
    <w:p w:rsidR="002C140B" w:rsidRDefault="0095089C">
      <w:pPr>
        <w:jc w:val="center"/>
      </w:pPr>
      <w:r>
        <w:rPr>
          <w:rFonts w:ascii="Cambria Math" w:hAnsi="Cambria Math"/>
          <w:b/>
          <w:sz w:val="23"/>
        </w:rPr>
        <w:t xml:space="preserve">v² = u² + </w:t>
      </w:r>
      <w:r>
        <w:rPr>
          <w:rFonts w:ascii="Cambria Math" w:hAnsi="Cambria Math"/>
          <w:b/>
          <w:sz w:val="23"/>
        </w:rPr>
        <w:t>2as = 2(10)(0.8) = 16</w:t>
      </w:r>
    </w:p>
    <w:p w:rsidR="002C140B" w:rsidRDefault="0095089C">
      <w:pPr>
        <w:jc w:val="center"/>
      </w:pPr>
      <w:r>
        <w:rPr>
          <w:rFonts w:ascii="Cambria Math" w:hAnsi="Cambria Math"/>
          <w:b/>
          <w:sz w:val="23"/>
        </w:rPr>
        <w:t>v = 4 m/s</w:t>
      </w:r>
    </w:p>
    <w:p w:rsidR="002C140B" w:rsidRDefault="0095089C">
      <w:pPr>
        <w:jc w:val="center"/>
      </w:pPr>
      <w:r>
        <w:rPr>
          <w:rFonts w:ascii="Cambria Math" w:hAnsi="Cambria Math"/>
          <w:b/>
          <w:sz w:val="23"/>
        </w:rPr>
        <w:t>p = mv = 10(4) = 40 kg m/s</w:t>
      </w:r>
    </w:p>
    <w:p w:rsidR="002C140B" w:rsidRDefault="0095089C">
      <w:pPr>
        <w:jc w:val="center"/>
      </w:pPr>
      <w:r>
        <w:rPr>
          <w:rFonts w:ascii="Cambria Math" w:hAnsi="Cambria Math"/>
          <w:b/>
          <w:sz w:val="23"/>
        </w:rPr>
        <w:t>Answer: Momentum = 40 kg m/s</w:t>
      </w:r>
    </w:p>
    <w:p w:rsidR="002C140B" w:rsidRDefault="0095089C">
      <w:pPr>
        <w:pStyle w:val="Heading1"/>
      </w:pPr>
      <w:r>
        <w:lastRenderedPageBreak/>
        <w:t>D. Additional Exercises</w:t>
      </w:r>
    </w:p>
    <w:p w:rsidR="002C140B" w:rsidRDefault="0095089C">
      <w:pPr>
        <w:pStyle w:val="Heading2"/>
      </w:pPr>
      <w:r>
        <w:t>A1. Distance-Time Table</w:t>
      </w:r>
    </w:p>
    <w:p w:rsidR="002C140B" w:rsidRDefault="0095089C">
      <w:r>
        <w:t>The table follows s = t³. Distance increases more rapidly with time, so the motion is non-uniform and acceleration is in</w:t>
      </w:r>
      <w:r>
        <w:t>creasing.</w:t>
      </w:r>
    </w:p>
    <w:p w:rsidR="002C140B" w:rsidRDefault="0095089C">
      <w:pPr>
        <w:jc w:val="center"/>
      </w:pPr>
      <w:r>
        <w:rPr>
          <w:rFonts w:ascii="Cambria Math" w:hAnsi="Cambria Math"/>
          <w:b/>
          <w:sz w:val="23"/>
        </w:rPr>
        <w:t>Answer (a): Acceleration is increasing.</w:t>
      </w:r>
    </w:p>
    <w:p w:rsidR="002C140B" w:rsidRDefault="0095089C">
      <w:pPr>
        <w:jc w:val="center"/>
      </w:pPr>
      <w:r>
        <w:rPr>
          <w:rFonts w:ascii="Cambria Math" w:hAnsi="Cambria Math"/>
          <w:b/>
          <w:sz w:val="23"/>
        </w:rPr>
        <w:t>Answer (b): Net unbalanced force is increasing for constant mass.</w:t>
      </w:r>
    </w:p>
    <w:p w:rsidR="002C140B" w:rsidRDefault="0095089C">
      <w:pPr>
        <w:pStyle w:val="Heading2"/>
      </w:pPr>
      <w:r>
        <w:t>A2. Two persons and three persons pushing a motorcar</w:t>
      </w:r>
    </w:p>
    <w:p w:rsidR="002C140B" w:rsidRDefault="0095089C">
      <w:r>
        <w:t>Given: m = 1200 kg; a = 0.2 m/s² with three persons; each person exerts equal force.</w:t>
      </w:r>
    </w:p>
    <w:p w:rsidR="002C140B" w:rsidRDefault="0095089C">
      <w:pPr>
        <w:jc w:val="center"/>
      </w:pPr>
      <w:r>
        <w:rPr>
          <w:rFonts w:ascii="Cambria Math" w:hAnsi="Cambria Math"/>
          <w:b/>
          <w:sz w:val="23"/>
        </w:rPr>
        <w:t>3F</w:t>
      </w:r>
      <w:r>
        <w:rPr>
          <w:rFonts w:ascii="Cambria Math" w:hAnsi="Cambria Math"/>
          <w:b/>
          <w:sz w:val="23"/>
        </w:rPr>
        <w:t xml:space="preserve"> = ma = 1200(0.2) = 240 N</w:t>
      </w:r>
    </w:p>
    <w:p w:rsidR="002C140B" w:rsidRDefault="0095089C">
      <w:pPr>
        <w:jc w:val="center"/>
      </w:pPr>
      <w:r>
        <w:rPr>
          <w:rFonts w:ascii="Cambria Math" w:hAnsi="Cambria Math"/>
          <w:b/>
          <w:sz w:val="23"/>
        </w:rPr>
        <w:t>F = 80 N</w:t>
      </w:r>
    </w:p>
    <w:p w:rsidR="002C140B" w:rsidRDefault="0095089C">
      <w:pPr>
        <w:jc w:val="center"/>
      </w:pPr>
      <w:r>
        <w:rPr>
          <w:rFonts w:ascii="Cambria Math" w:hAnsi="Cambria Math"/>
          <w:b/>
          <w:sz w:val="23"/>
        </w:rPr>
        <w:t>Answer: Each person pushes with 80 N.</w:t>
      </w:r>
    </w:p>
    <w:p w:rsidR="002C140B" w:rsidRDefault="0095089C">
      <w:pPr>
        <w:pStyle w:val="Heading2"/>
      </w:pPr>
      <w:r>
        <w:t>A3. Hammer striking a nail</w:t>
      </w:r>
    </w:p>
    <w:p w:rsidR="002C140B" w:rsidRDefault="0095089C">
      <w:r>
        <w:t>Given: m = 0.5 kg; u = 50 m/s; v = 0; t = 0.01 s.</w:t>
      </w:r>
    </w:p>
    <w:p w:rsidR="002C140B" w:rsidRDefault="0095089C">
      <w:pPr>
        <w:jc w:val="center"/>
      </w:pPr>
      <w:r>
        <w:rPr>
          <w:rFonts w:ascii="Cambria Math" w:hAnsi="Cambria Math"/>
          <w:b/>
          <w:sz w:val="23"/>
        </w:rPr>
        <w:t>F = m(v − u) / t</w:t>
      </w:r>
    </w:p>
    <w:p w:rsidR="002C140B" w:rsidRDefault="0095089C">
      <w:pPr>
        <w:jc w:val="center"/>
      </w:pPr>
      <w:r>
        <w:rPr>
          <w:rFonts w:ascii="Cambria Math" w:hAnsi="Cambria Math"/>
          <w:b/>
          <w:sz w:val="23"/>
        </w:rPr>
        <w:t>F = 0.5(0 − 50) / 0.01 = −2500 N</w:t>
      </w:r>
    </w:p>
    <w:p w:rsidR="002C140B" w:rsidRDefault="0095089C">
      <w:pPr>
        <w:jc w:val="center"/>
      </w:pPr>
      <w:r>
        <w:rPr>
          <w:rFonts w:ascii="Cambria Math" w:hAnsi="Cambria Math"/>
          <w:b/>
          <w:sz w:val="23"/>
        </w:rPr>
        <w:t>Magnitude of force = 2500 N</w:t>
      </w:r>
    </w:p>
    <w:p w:rsidR="002C140B" w:rsidRDefault="0095089C">
      <w:pPr>
        <w:pStyle w:val="Heading2"/>
      </w:pPr>
      <w:r>
        <w:t>A4. Motorcar slowing down</w:t>
      </w:r>
    </w:p>
    <w:p w:rsidR="002C140B" w:rsidRDefault="0095089C">
      <w:r>
        <w:t>Given: m = 1200 kg; u = 90 km/h = 25 m/s; v = 18 km/h = 5 m/s; t = 4 s.</w:t>
      </w:r>
    </w:p>
    <w:p w:rsidR="002C140B" w:rsidRDefault="0095089C">
      <w:pPr>
        <w:jc w:val="center"/>
      </w:pPr>
      <w:r>
        <w:rPr>
          <w:rFonts w:ascii="Cambria Math" w:hAnsi="Cambria Math"/>
          <w:b/>
          <w:sz w:val="23"/>
        </w:rPr>
        <w:t>a = (5 − 25) / 4 = −5 m/s²</w:t>
      </w:r>
    </w:p>
    <w:p w:rsidR="002C140B" w:rsidRDefault="0095089C">
      <w:pPr>
        <w:jc w:val="center"/>
      </w:pPr>
      <w:r>
        <w:rPr>
          <w:rFonts w:ascii="Cambria Math" w:hAnsi="Cambria Math"/>
          <w:b/>
          <w:sz w:val="23"/>
        </w:rPr>
        <w:t>Δp = 1200(5 − 25) = −24,000 kg m/s</w:t>
      </w:r>
    </w:p>
    <w:p w:rsidR="002C140B" w:rsidRDefault="0095089C">
      <w:pPr>
        <w:jc w:val="center"/>
      </w:pPr>
      <w:r>
        <w:rPr>
          <w:rFonts w:ascii="Cambria Math" w:hAnsi="Cambria Math"/>
          <w:b/>
          <w:sz w:val="23"/>
        </w:rPr>
        <w:t>F = 1200(−5) = −6000 N</w:t>
      </w:r>
    </w:p>
    <w:p w:rsidR="002C140B" w:rsidRDefault="0095089C">
      <w:pPr>
        <w:jc w:val="center"/>
      </w:pPr>
      <w:r>
        <w:rPr>
          <w:rFonts w:ascii="Cambria Math" w:hAnsi="Cambria Math"/>
          <w:b/>
          <w:sz w:val="23"/>
        </w:rPr>
        <w:t>Answers: a = −5 m/s²; Δp = −24,000 kg m/s; force magnitude = 6000 N</w:t>
      </w:r>
    </w:p>
    <w:p w:rsidR="002C140B" w:rsidRDefault="0095089C">
      <w:pPr>
        <w:pStyle w:val="Heading1"/>
      </w:pPr>
      <w:r>
        <w:t>Final Answer Sheet</w:t>
      </w:r>
    </w:p>
    <w:tbl>
      <w:tblPr>
        <w:tblStyle w:val="TableGrid"/>
        <w:tblW w:w="0" w:type="auto"/>
        <w:jc w:val="center"/>
        <w:tblLook w:val="04A0" w:firstRow="1" w:lastRow="0" w:firstColumn="1" w:lastColumn="0" w:noHBand="0" w:noVBand="1"/>
      </w:tblPr>
      <w:tblGrid>
        <w:gridCol w:w="5040"/>
        <w:gridCol w:w="5040"/>
      </w:tblGrid>
      <w:tr w:rsidR="002C140B">
        <w:trPr>
          <w:jc w:val="center"/>
        </w:trPr>
        <w:tc>
          <w:tcPr>
            <w:tcW w:w="5040" w:type="dxa"/>
          </w:tcPr>
          <w:p w:rsidR="002C140B" w:rsidRDefault="0095089C">
            <w:r>
              <w:t>Question</w:t>
            </w:r>
          </w:p>
        </w:tc>
        <w:tc>
          <w:tcPr>
            <w:tcW w:w="5040" w:type="dxa"/>
          </w:tcPr>
          <w:p w:rsidR="002C140B" w:rsidRDefault="0095089C">
            <w:r>
              <w:t>Fin</w:t>
            </w:r>
            <w:r>
              <w:t>al Answer</w:t>
            </w:r>
          </w:p>
        </w:tc>
      </w:tr>
      <w:tr w:rsidR="002C140B">
        <w:trPr>
          <w:jc w:val="center"/>
        </w:trPr>
        <w:tc>
          <w:tcPr>
            <w:tcW w:w="5040" w:type="dxa"/>
          </w:tcPr>
          <w:p w:rsidR="002C140B" w:rsidRDefault="0095089C">
            <w:r>
              <w:t>Section Q1</w:t>
            </w:r>
          </w:p>
        </w:tc>
        <w:tc>
          <w:tcPr>
            <w:tcW w:w="5040" w:type="dxa"/>
          </w:tcPr>
          <w:p w:rsidR="002C140B" w:rsidRDefault="0095089C">
            <w:r>
              <w:t>Stone; train; ₹5 coin</w:t>
            </w:r>
          </w:p>
        </w:tc>
      </w:tr>
      <w:tr w:rsidR="002C140B">
        <w:trPr>
          <w:jc w:val="center"/>
        </w:trPr>
        <w:tc>
          <w:tcPr>
            <w:tcW w:w="5040" w:type="dxa"/>
          </w:tcPr>
          <w:p w:rsidR="002C140B" w:rsidRDefault="0095089C">
            <w:r>
              <w:t>Section Q2</w:t>
            </w:r>
          </w:p>
        </w:tc>
        <w:tc>
          <w:tcPr>
            <w:tcW w:w="5040" w:type="dxa"/>
          </w:tcPr>
          <w:p w:rsidR="002C140B" w:rsidRDefault="0095089C">
            <w:r>
              <w:t>4 velocity changes</w:t>
            </w:r>
          </w:p>
        </w:tc>
      </w:tr>
      <w:tr w:rsidR="002C140B">
        <w:trPr>
          <w:jc w:val="center"/>
        </w:trPr>
        <w:tc>
          <w:tcPr>
            <w:tcW w:w="5040" w:type="dxa"/>
          </w:tcPr>
          <w:p w:rsidR="002C140B" w:rsidRDefault="0095089C">
            <w:r>
              <w:t>Section Q3</w:t>
            </w:r>
          </w:p>
        </w:tc>
        <w:tc>
          <w:tcPr>
            <w:tcW w:w="5040" w:type="dxa"/>
          </w:tcPr>
          <w:p w:rsidR="002C140B" w:rsidRDefault="0095089C">
            <w:r>
              <w:t>Inertia of rest</w:t>
            </w:r>
          </w:p>
        </w:tc>
      </w:tr>
      <w:tr w:rsidR="002C140B">
        <w:trPr>
          <w:jc w:val="center"/>
        </w:trPr>
        <w:tc>
          <w:tcPr>
            <w:tcW w:w="5040" w:type="dxa"/>
          </w:tcPr>
          <w:p w:rsidR="002C140B" w:rsidRDefault="0095089C">
            <w:r>
              <w:t>Section Q4</w:t>
            </w:r>
          </w:p>
        </w:tc>
        <w:tc>
          <w:tcPr>
            <w:tcW w:w="5040" w:type="dxa"/>
          </w:tcPr>
          <w:p w:rsidR="002C140B" w:rsidRDefault="0095089C">
            <w:r>
              <w:t>Forward: inertia of motion; backward: inertia of rest</w:t>
            </w:r>
          </w:p>
        </w:tc>
      </w:tr>
      <w:tr w:rsidR="002C140B">
        <w:trPr>
          <w:jc w:val="center"/>
        </w:trPr>
        <w:tc>
          <w:tcPr>
            <w:tcW w:w="5040" w:type="dxa"/>
          </w:tcPr>
          <w:p w:rsidR="002C140B" w:rsidRDefault="0095089C">
            <w:r>
              <w:t>Third-law Q1</w:t>
            </w:r>
          </w:p>
        </w:tc>
        <w:tc>
          <w:tcPr>
            <w:tcW w:w="5040" w:type="dxa"/>
          </w:tcPr>
          <w:p w:rsidR="002C140B" w:rsidRDefault="0095089C">
            <w:r>
              <w:t>Ground's forward frictional force</w:t>
            </w:r>
          </w:p>
        </w:tc>
      </w:tr>
      <w:tr w:rsidR="002C140B">
        <w:trPr>
          <w:jc w:val="center"/>
        </w:trPr>
        <w:tc>
          <w:tcPr>
            <w:tcW w:w="5040" w:type="dxa"/>
          </w:tcPr>
          <w:p w:rsidR="002C140B" w:rsidRDefault="0095089C">
            <w:r>
              <w:t>Third-law Q2</w:t>
            </w:r>
          </w:p>
        </w:tc>
        <w:tc>
          <w:tcPr>
            <w:tcW w:w="5040" w:type="dxa"/>
          </w:tcPr>
          <w:p w:rsidR="002C140B" w:rsidRDefault="0095089C">
            <w:r>
              <w:t xml:space="preserve">Reaction force of </w:t>
            </w:r>
            <w:r>
              <w:t>high-speed water</w:t>
            </w:r>
          </w:p>
        </w:tc>
      </w:tr>
      <w:tr w:rsidR="002C140B">
        <w:trPr>
          <w:jc w:val="center"/>
        </w:trPr>
        <w:tc>
          <w:tcPr>
            <w:tcW w:w="5040" w:type="dxa"/>
          </w:tcPr>
          <w:p w:rsidR="002C140B" w:rsidRDefault="0095089C">
            <w:r>
              <w:t>Third-law Q3</w:t>
            </w:r>
          </w:p>
        </w:tc>
        <w:tc>
          <w:tcPr>
            <w:tcW w:w="5040" w:type="dxa"/>
          </w:tcPr>
          <w:p w:rsidR="002C140B" w:rsidRDefault="0095089C">
            <w:r>
              <w:t>0.4375 m/s backward</w:t>
            </w:r>
          </w:p>
        </w:tc>
      </w:tr>
      <w:tr w:rsidR="002C140B">
        <w:trPr>
          <w:jc w:val="center"/>
        </w:trPr>
        <w:tc>
          <w:tcPr>
            <w:tcW w:w="5040" w:type="dxa"/>
          </w:tcPr>
          <w:p w:rsidR="002C140B" w:rsidRDefault="0095089C">
            <w:r>
              <w:t>Third-law Q4</w:t>
            </w:r>
          </w:p>
        </w:tc>
        <w:tc>
          <w:tcPr>
            <w:tcW w:w="5040" w:type="dxa"/>
          </w:tcPr>
          <w:p w:rsidR="002C140B" w:rsidRDefault="0095089C">
            <w:r>
              <w:t>≈ 1.17 m/s</w:t>
            </w:r>
          </w:p>
        </w:tc>
      </w:tr>
      <w:tr w:rsidR="002C140B">
        <w:trPr>
          <w:jc w:val="center"/>
        </w:trPr>
        <w:tc>
          <w:tcPr>
            <w:tcW w:w="5040" w:type="dxa"/>
          </w:tcPr>
          <w:p w:rsidR="002C140B" w:rsidRDefault="0095089C">
            <w:r>
              <w:t>Exercise 1</w:t>
            </w:r>
          </w:p>
        </w:tc>
        <w:tc>
          <w:tcPr>
            <w:tcW w:w="5040" w:type="dxa"/>
          </w:tcPr>
          <w:p w:rsidR="002C140B" w:rsidRDefault="0095089C">
            <w:r>
              <w:t>Yes; constant non-zero velocity</w:t>
            </w:r>
          </w:p>
        </w:tc>
      </w:tr>
      <w:tr w:rsidR="002C140B">
        <w:trPr>
          <w:jc w:val="center"/>
        </w:trPr>
        <w:tc>
          <w:tcPr>
            <w:tcW w:w="5040" w:type="dxa"/>
          </w:tcPr>
          <w:p w:rsidR="002C140B" w:rsidRDefault="0095089C">
            <w:r>
              <w:t>Exercise 2</w:t>
            </w:r>
          </w:p>
        </w:tc>
        <w:tc>
          <w:tcPr>
            <w:tcW w:w="5040" w:type="dxa"/>
          </w:tcPr>
          <w:p w:rsidR="002C140B" w:rsidRDefault="0095089C">
            <w:r>
              <w:t>Inertia of rest</w:t>
            </w:r>
          </w:p>
        </w:tc>
      </w:tr>
      <w:tr w:rsidR="002C140B">
        <w:trPr>
          <w:jc w:val="center"/>
        </w:trPr>
        <w:tc>
          <w:tcPr>
            <w:tcW w:w="5040" w:type="dxa"/>
          </w:tcPr>
          <w:p w:rsidR="002C140B" w:rsidRDefault="0095089C">
            <w:r>
              <w:lastRenderedPageBreak/>
              <w:t>Exercise 3</w:t>
            </w:r>
          </w:p>
        </w:tc>
        <w:tc>
          <w:tcPr>
            <w:tcW w:w="5040" w:type="dxa"/>
          </w:tcPr>
          <w:p w:rsidR="002C140B" w:rsidRDefault="0095089C">
            <w:r>
              <w:t>Inertia</w:t>
            </w:r>
          </w:p>
        </w:tc>
      </w:tr>
      <w:tr w:rsidR="002C140B">
        <w:trPr>
          <w:jc w:val="center"/>
        </w:trPr>
        <w:tc>
          <w:tcPr>
            <w:tcW w:w="5040" w:type="dxa"/>
          </w:tcPr>
          <w:p w:rsidR="002C140B" w:rsidRDefault="0095089C">
            <w:r>
              <w:t>Exercise 4</w:t>
            </w:r>
          </w:p>
        </w:tc>
        <w:tc>
          <w:tcPr>
            <w:tcW w:w="5040" w:type="dxa"/>
          </w:tcPr>
          <w:p w:rsidR="002C140B" w:rsidRDefault="0095089C">
            <w:r>
              <w:t>(c) Frictional force</w:t>
            </w:r>
          </w:p>
        </w:tc>
      </w:tr>
      <w:tr w:rsidR="002C140B">
        <w:trPr>
          <w:jc w:val="center"/>
        </w:trPr>
        <w:tc>
          <w:tcPr>
            <w:tcW w:w="5040" w:type="dxa"/>
          </w:tcPr>
          <w:p w:rsidR="002C140B" w:rsidRDefault="0095089C">
            <w:r>
              <w:t>Exercise 5</w:t>
            </w:r>
          </w:p>
        </w:tc>
        <w:tc>
          <w:tcPr>
            <w:tcW w:w="5040" w:type="dxa"/>
          </w:tcPr>
          <w:p w:rsidR="002C140B" w:rsidRDefault="0095089C">
            <w:r>
              <w:t>a = 2 m/s²; F = 14,000 N</w:t>
            </w:r>
          </w:p>
        </w:tc>
      </w:tr>
      <w:tr w:rsidR="002C140B">
        <w:trPr>
          <w:jc w:val="center"/>
        </w:trPr>
        <w:tc>
          <w:tcPr>
            <w:tcW w:w="5040" w:type="dxa"/>
          </w:tcPr>
          <w:p w:rsidR="002C140B" w:rsidRDefault="0095089C">
            <w:r>
              <w:t>Exercise 6</w:t>
            </w:r>
          </w:p>
        </w:tc>
        <w:tc>
          <w:tcPr>
            <w:tcW w:w="5040" w:type="dxa"/>
          </w:tcPr>
          <w:p w:rsidR="002C140B" w:rsidRDefault="0095089C">
            <w:r>
              <w:t>4 N</w:t>
            </w:r>
          </w:p>
        </w:tc>
      </w:tr>
      <w:tr w:rsidR="002C140B">
        <w:trPr>
          <w:jc w:val="center"/>
        </w:trPr>
        <w:tc>
          <w:tcPr>
            <w:tcW w:w="5040" w:type="dxa"/>
          </w:tcPr>
          <w:p w:rsidR="002C140B" w:rsidRDefault="0095089C">
            <w:r>
              <w:t>Exercise 7</w:t>
            </w:r>
          </w:p>
        </w:tc>
        <w:tc>
          <w:tcPr>
            <w:tcW w:w="5040" w:type="dxa"/>
          </w:tcPr>
          <w:p w:rsidR="002C140B" w:rsidRDefault="0095089C">
            <w:r>
              <w:t>35,000 N; 1.94 m/s²</w:t>
            </w:r>
          </w:p>
        </w:tc>
      </w:tr>
      <w:tr w:rsidR="002C140B">
        <w:trPr>
          <w:jc w:val="center"/>
        </w:trPr>
        <w:tc>
          <w:tcPr>
            <w:tcW w:w="5040" w:type="dxa"/>
          </w:tcPr>
          <w:p w:rsidR="002C140B" w:rsidRDefault="0095089C">
            <w:r>
              <w:t>Exercise 8</w:t>
            </w:r>
          </w:p>
        </w:tc>
        <w:tc>
          <w:tcPr>
            <w:tcW w:w="5040" w:type="dxa"/>
          </w:tcPr>
          <w:p w:rsidR="002C140B" w:rsidRDefault="0095089C">
            <w:r>
              <w:t>2550 N opposite to motion</w:t>
            </w:r>
          </w:p>
        </w:tc>
      </w:tr>
      <w:tr w:rsidR="002C140B">
        <w:trPr>
          <w:jc w:val="center"/>
        </w:trPr>
        <w:tc>
          <w:tcPr>
            <w:tcW w:w="5040" w:type="dxa"/>
          </w:tcPr>
          <w:p w:rsidR="002C140B" w:rsidRDefault="0095089C">
            <w:r>
              <w:t>Exercise 9</w:t>
            </w:r>
          </w:p>
        </w:tc>
        <w:tc>
          <w:tcPr>
            <w:tcW w:w="5040" w:type="dxa"/>
          </w:tcPr>
          <w:p w:rsidR="002C140B" w:rsidRDefault="0095089C">
            <w:r>
              <w:t>(a) mv</w:t>
            </w:r>
          </w:p>
        </w:tc>
      </w:tr>
      <w:tr w:rsidR="002C140B">
        <w:trPr>
          <w:jc w:val="center"/>
        </w:trPr>
        <w:tc>
          <w:tcPr>
            <w:tcW w:w="5040" w:type="dxa"/>
          </w:tcPr>
          <w:p w:rsidR="002C140B" w:rsidRDefault="0095089C">
            <w:r>
              <w:t>Exercise 10</w:t>
            </w:r>
          </w:p>
        </w:tc>
        <w:tc>
          <w:tcPr>
            <w:tcW w:w="5040" w:type="dxa"/>
          </w:tcPr>
          <w:p w:rsidR="002C140B" w:rsidRDefault="0095089C">
            <w:r>
              <w:t>200 N</w:t>
            </w:r>
          </w:p>
        </w:tc>
      </w:tr>
      <w:tr w:rsidR="002C140B">
        <w:trPr>
          <w:jc w:val="center"/>
        </w:trPr>
        <w:tc>
          <w:tcPr>
            <w:tcW w:w="5040" w:type="dxa"/>
          </w:tcPr>
          <w:p w:rsidR="002C140B" w:rsidRDefault="0095089C">
            <w:r>
              <w:t>Exercise 11</w:t>
            </w:r>
          </w:p>
        </w:tc>
        <w:tc>
          <w:tcPr>
            <w:tcW w:w="5040" w:type="dxa"/>
          </w:tcPr>
          <w:p w:rsidR="002C140B" w:rsidRDefault="0095089C">
            <w:r>
              <w:t>0 m/s</w:t>
            </w:r>
          </w:p>
        </w:tc>
      </w:tr>
      <w:tr w:rsidR="002C140B">
        <w:trPr>
          <w:jc w:val="center"/>
        </w:trPr>
        <w:tc>
          <w:tcPr>
            <w:tcW w:w="5040" w:type="dxa"/>
          </w:tcPr>
          <w:p w:rsidR="002C140B" w:rsidRDefault="0095089C">
            <w:r>
              <w:t>Exercise 12</w:t>
            </w:r>
          </w:p>
        </w:tc>
        <w:tc>
          <w:tcPr>
            <w:tcW w:w="5040" w:type="dxa"/>
          </w:tcPr>
          <w:p w:rsidR="002C140B" w:rsidRDefault="0095089C">
            <w:r>
              <w:t>Action/reaction act on different objects</w:t>
            </w:r>
          </w:p>
        </w:tc>
      </w:tr>
      <w:tr w:rsidR="002C140B">
        <w:trPr>
          <w:jc w:val="center"/>
        </w:trPr>
        <w:tc>
          <w:tcPr>
            <w:tcW w:w="5040" w:type="dxa"/>
          </w:tcPr>
          <w:p w:rsidR="002C140B" w:rsidRDefault="0095089C">
            <w:r>
              <w:t>Exercise 13</w:t>
            </w:r>
          </w:p>
        </w:tc>
        <w:tc>
          <w:tcPr>
            <w:tcW w:w="5040" w:type="dxa"/>
          </w:tcPr>
          <w:p w:rsidR="002C140B" w:rsidRDefault="0095089C">
            <w:r>
              <w:t>3 kg m/s</w:t>
            </w:r>
          </w:p>
        </w:tc>
      </w:tr>
      <w:tr w:rsidR="002C140B">
        <w:trPr>
          <w:jc w:val="center"/>
        </w:trPr>
        <w:tc>
          <w:tcPr>
            <w:tcW w:w="5040" w:type="dxa"/>
          </w:tcPr>
          <w:p w:rsidR="002C140B" w:rsidRDefault="0095089C">
            <w:r>
              <w:t>Exercise 14</w:t>
            </w:r>
          </w:p>
        </w:tc>
        <w:tc>
          <w:tcPr>
            <w:tcW w:w="5040" w:type="dxa"/>
          </w:tcPr>
          <w:p w:rsidR="002C140B" w:rsidRDefault="0095089C">
            <w:r>
              <w:t>2.25 m; 50 N</w:t>
            </w:r>
          </w:p>
        </w:tc>
      </w:tr>
      <w:tr w:rsidR="002C140B">
        <w:trPr>
          <w:jc w:val="center"/>
        </w:trPr>
        <w:tc>
          <w:tcPr>
            <w:tcW w:w="5040" w:type="dxa"/>
          </w:tcPr>
          <w:p w:rsidR="002C140B" w:rsidRDefault="0095089C">
            <w:r>
              <w:t>Exercise 15</w:t>
            </w:r>
          </w:p>
        </w:tc>
        <w:tc>
          <w:tcPr>
            <w:tcW w:w="5040" w:type="dxa"/>
          </w:tcPr>
          <w:p w:rsidR="002C140B" w:rsidRDefault="0095089C">
            <w:r>
              <w:t>10 kg m/s; 1.67</w:t>
            </w:r>
            <w:r>
              <w:t xml:space="preserve"> m/s</w:t>
            </w:r>
          </w:p>
        </w:tc>
      </w:tr>
      <w:tr w:rsidR="002C140B">
        <w:trPr>
          <w:jc w:val="center"/>
        </w:trPr>
        <w:tc>
          <w:tcPr>
            <w:tcW w:w="5040" w:type="dxa"/>
          </w:tcPr>
          <w:p w:rsidR="002C140B" w:rsidRDefault="0095089C">
            <w:r>
              <w:t>Exercise 16</w:t>
            </w:r>
          </w:p>
        </w:tc>
        <w:tc>
          <w:tcPr>
            <w:tcW w:w="5040" w:type="dxa"/>
          </w:tcPr>
          <w:p w:rsidR="002C140B" w:rsidRDefault="0095089C">
            <w:r>
              <w:t>500 and 800 kg m/s; 50 N</w:t>
            </w:r>
          </w:p>
        </w:tc>
      </w:tr>
      <w:tr w:rsidR="002C140B">
        <w:trPr>
          <w:jc w:val="center"/>
        </w:trPr>
        <w:tc>
          <w:tcPr>
            <w:tcW w:w="5040" w:type="dxa"/>
          </w:tcPr>
          <w:p w:rsidR="002C140B" w:rsidRDefault="0095089C">
            <w:r>
              <w:t>Exercise 17</w:t>
            </w:r>
          </w:p>
        </w:tc>
        <w:tc>
          <w:tcPr>
            <w:tcW w:w="5040" w:type="dxa"/>
          </w:tcPr>
          <w:p w:rsidR="002C140B" w:rsidRDefault="0095089C">
            <w:r>
              <w:t>Rahul is correct</w:t>
            </w:r>
          </w:p>
        </w:tc>
      </w:tr>
      <w:tr w:rsidR="002C140B">
        <w:trPr>
          <w:jc w:val="center"/>
        </w:trPr>
        <w:tc>
          <w:tcPr>
            <w:tcW w:w="5040" w:type="dxa"/>
          </w:tcPr>
          <w:p w:rsidR="002C140B" w:rsidRDefault="0095089C">
            <w:r>
              <w:t>Exercise 18</w:t>
            </w:r>
          </w:p>
        </w:tc>
        <w:tc>
          <w:tcPr>
            <w:tcW w:w="5040" w:type="dxa"/>
          </w:tcPr>
          <w:p w:rsidR="002C140B" w:rsidRDefault="0095089C">
            <w:r>
              <w:t>40 kg m/s</w:t>
            </w:r>
          </w:p>
        </w:tc>
      </w:tr>
      <w:tr w:rsidR="002C140B">
        <w:trPr>
          <w:jc w:val="center"/>
        </w:trPr>
        <w:tc>
          <w:tcPr>
            <w:tcW w:w="5040" w:type="dxa"/>
          </w:tcPr>
          <w:p w:rsidR="002C140B" w:rsidRDefault="0095089C">
            <w:r>
              <w:t>Additional A1</w:t>
            </w:r>
          </w:p>
        </w:tc>
        <w:tc>
          <w:tcPr>
            <w:tcW w:w="5040" w:type="dxa"/>
          </w:tcPr>
          <w:p w:rsidR="002C140B" w:rsidRDefault="0095089C">
            <w:r>
              <w:t>Increasing acceleration; increasing net force</w:t>
            </w:r>
          </w:p>
        </w:tc>
      </w:tr>
      <w:tr w:rsidR="002C140B">
        <w:trPr>
          <w:jc w:val="center"/>
        </w:trPr>
        <w:tc>
          <w:tcPr>
            <w:tcW w:w="5040" w:type="dxa"/>
          </w:tcPr>
          <w:p w:rsidR="002C140B" w:rsidRDefault="0095089C">
            <w:r>
              <w:t>Additional A2</w:t>
            </w:r>
          </w:p>
        </w:tc>
        <w:tc>
          <w:tcPr>
            <w:tcW w:w="5040" w:type="dxa"/>
          </w:tcPr>
          <w:p w:rsidR="002C140B" w:rsidRDefault="0095089C">
            <w:r>
              <w:t>80 N per person</w:t>
            </w:r>
          </w:p>
        </w:tc>
      </w:tr>
      <w:tr w:rsidR="002C140B">
        <w:trPr>
          <w:jc w:val="center"/>
        </w:trPr>
        <w:tc>
          <w:tcPr>
            <w:tcW w:w="5040" w:type="dxa"/>
          </w:tcPr>
          <w:p w:rsidR="002C140B" w:rsidRDefault="0095089C">
            <w:r>
              <w:t>Additional A3</w:t>
            </w:r>
          </w:p>
        </w:tc>
        <w:tc>
          <w:tcPr>
            <w:tcW w:w="5040" w:type="dxa"/>
          </w:tcPr>
          <w:p w:rsidR="002C140B" w:rsidRDefault="0095089C">
            <w:r>
              <w:t>2500 N</w:t>
            </w:r>
          </w:p>
        </w:tc>
      </w:tr>
      <w:tr w:rsidR="002C140B">
        <w:trPr>
          <w:jc w:val="center"/>
        </w:trPr>
        <w:tc>
          <w:tcPr>
            <w:tcW w:w="5040" w:type="dxa"/>
          </w:tcPr>
          <w:p w:rsidR="002C140B" w:rsidRDefault="0095089C">
            <w:r>
              <w:t>Additional A4</w:t>
            </w:r>
          </w:p>
        </w:tc>
        <w:tc>
          <w:tcPr>
            <w:tcW w:w="5040" w:type="dxa"/>
          </w:tcPr>
          <w:p w:rsidR="002C140B" w:rsidRDefault="0095089C">
            <w:r>
              <w:t>−</w:t>
            </w:r>
            <w:r>
              <w:t xml:space="preserve">5 m/s²; −24,000 kg m/s; −6000 </w:t>
            </w:r>
            <w:r>
              <w:t>N</w:t>
            </w:r>
          </w:p>
        </w:tc>
      </w:tr>
    </w:tbl>
    <w:p w:rsidR="002C140B" w:rsidRDefault="002C140B"/>
    <w:sectPr w:rsidR="002C140B"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2C140B"/>
    <w:rsid w:val="00326F90"/>
    <w:rsid w:val="0095089C"/>
    <w:rsid w:val="00AA1D8D"/>
    <w:rsid w:val="00B47730"/>
    <w:rsid w:val="00CB0664"/>
    <w:rsid w:val="00FC693F"/>
    <w:rsid w:val="00FE32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B78792-5AF9-4335-A0C9-36E7A8A4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Avinash Pandit</cp:lastModifiedBy>
  <cp:revision>2</cp:revision>
  <dcterms:created xsi:type="dcterms:W3CDTF">2026-08-26T14:30:00Z</dcterms:created>
  <dcterms:modified xsi:type="dcterms:W3CDTF">2026-08-26T14:30:00Z</dcterms:modified>
</cp:coreProperties>
</file>